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20" w:line="300" w:lineRule="auto"/>
      </w:pPr>
      <w:r>
        <w:rPr>
          <w:rFonts w:ascii="Cabinet Grotesk ExtraBold" w:hAnsi="Cabinet Grotesk ExtraBold" w:eastAsia="Cabinet Grotesk ExtraBold" w:cs="Cabinet Grotesk ExtraBold"/>
          <w:b w:val="0"/>
          <w:i w:val="0"/>
          <w:caps w:val="0"/>
          <w:color w:val="0F2620"/>
          <w:sz w:val="60"/>
        </w:rPr>
        <w:t>[Project Name]</w:t>
      </w:r>
    </w:p>
    <w:tbl>
      <w:tblPr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70" w:type="dxa"/>
          <w:bottom w:w="70" w:type="dxa"/>
          <w:right w:w="120" w:type="dxa"/>
        </w:tblCellMar>
        <w:tblLayout w:type="fixed"/>
        <w:tblW w:w="9791" w:type="dxa"/>
      </w:tblPr>
      <w:tblGrid>
        <w:gridCol w:w="3254"/>
        <w:gridCol w:w="3268"/>
        <w:gridCol w:w="3268"/>
      </w:tblGrid>
      <w:tr>
        <w:tc>
          <w:tcPr>
            <w:tcW w:type="dxa" w:w="3254"/>
            <w:vAlign w:val="center"/>
            <w:shd w:val="clear" w:color="auto" w:fill="F3F7F3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Date</w:t>
            </w:r>
          </w:p>
        </w:tc>
        <w:tc>
          <w:tcPr>
            <w:tcW w:type="dxa" w:w="3269"/>
            <w:vAlign w:val="center"/>
            <w:shd w:val="clear" w:color="auto" w:fill="F3F7F3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Owner(s)</w:t>
            </w:r>
          </w:p>
        </w:tc>
        <w:tc>
          <w:tcPr>
            <w:tcW w:type="dxa" w:w="3269"/>
            <w:vAlign w:val="center"/>
            <w:shd w:val="clear" w:color="auto" w:fill="F3F7F3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Approver</w:t>
            </w:r>
          </w:p>
        </w:tc>
      </w:tr>
      <w:tr>
        <w:tc>
          <w:tcPr>
            <w:tcW w:type="dxa" w:w="3254"/>
            <w:vAlign w:val="center"/>
            <w:shd w:val="clear" w:color="auto" w:fill="F3F7F3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2"/>
              </w:rPr>
              <w:t>[MM/DD/YY]</w:t>
            </w:r>
          </w:p>
        </w:tc>
        <w:tc>
          <w:tcPr>
            <w:tcW w:type="dxa" w:w="3269"/>
            <w:vAlign w:val="center"/>
            <w:shd w:val="clear" w:color="auto" w:fill="F3F7F3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2"/>
              </w:rPr>
              <w:t>[Name], [Name]</w:t>
            </w:r>
          </w:p>
        </w:tc>
        <w:tc>
          <w:tcPr>
            <w:tcW w:type="dxa" w:w="3269"/>
            <w:vAlign w:val="center"/>
            <w:shd w:val="clear" w:color="auto" w:fill="F3F7F3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2"/>
              </w:rPr>
              <w:t>[Name]</w:t>
            </w:r>
          </w:p>
        </w:tc>
      </w:tr>
    </w:tbl>
    <w:p>
      <w:pPr>
        <w:spacing w:before="360" w:after="40" w:line="300" w:lineRule="auto"/>
      </w:pPr>
      <w:r>
        <w:rPr>
          <w:rFonts w:ascii="Satoshi" w:hAnsi="Satoshi" w:eastAsia="Satoshi" w:cs="Satoshi"/>
          <w:b/>
          <w:i w:val="0"/>
          <w:caps/>
          <w:color w:val="17703F"/>
          <w:sz w:val="16"/>
          <w:spacing w:val="40"/>
        </w:rPr>
        <w:t xml:space="preserve">C  </w:t>
      </w:r>
    </w:p>
    <w:p>
      <w:pPr>
        <w:spacing w:before="0" w:after="160" w:line="300" w:lineRule="auto"/>
      </w:pPr>
      <w:r>
        <w:rPr>
          <w:rFonts w:ascii="Cabinet Grotesk ExtraBold" w:hAnsi="Cabinet Grotesk ExtraBold" w:eastAsia="Cabinet Grotesk ExtraBold" w:cs="Cabinet Grotesk ExtraBold"/>
          <w:b w:val="0"/>
          <w:i w:val="0"/>
          <w:caps w:val="0"/>
          <w:color w:val="0F2620"/>
          <w:sz w:val="30"/>
        </w:rPr>
        <w:t>Context</w:t>
      </w:r>
    </w:p>
    <w:p>
      <w:pPr>
        <w:spacing w:before="0" w:after="160" w:line="300" w:lineRule="auto"/>
      </w:pPr>
      <w:r>
        <w:rPr>
          <w:rFonts w:ascii="Satoshi" w:hAnsi="Satoshi" w:eastAsia="Satoshi" w:cs="Satoshi"/>
          <w:b w:val="0"/>
          <w:i w:val="0"/>
          <w:caps w:val="0"/>
          <w:color w:val="8A9791"/>
          <w:sz w:val="21"/>
        </w:rPr>
        <w:t>[Why this matters and what's happening now, in 2 to 3 sentences.]</w:t>
      </w:r>
    </w:p>
    <w:p>
      <w:pPr>
        <w:spacing w:before="0" w:after="40" w:line="300" w:lineRule="auto"/>
      </w:pPr>
      <w:r>
        <w:rPr>
          <w:rFonts w:ascii="Satoshi" w:hAnsi="Satoshi" w:eastAsia="Satoshi" w:cs="Satoshi"/>
          <w:b/>
          <w:i w:val="0"/>
          <w:caps/>
          <w:color w:val="17703F"/>
          <w:sz w:val="16"/>
          <w:spacing w:val="20"/>
        </w:rPr>
        <w:t>Links and files</w:t>
      </w:r>
    </w:p>
    <w:p>
      <w:pPr>
        <w:pStyle w:val="ListBullet"/>
        <w:spacing w:after="40"/>
      </w:pPr>
      <w:r>
        <w:rPr>
          <w:rFonts w:ascii="Satoshi" w:hAnsi="Satoshi" w:eastAsia="Satoshi" w:cs="Satoshi"/>
          <w:b w:val="0"/>
          <w:i w:val="0"/>
          <w:caps w:val="0"/>
          <w:color w:val="8A9791"/>
          <w:sz w:val="21"/>
        </w:rPr>
        <w:t>[Link or file]</w:t>
      </w:r>
    </w:p>
    <w:p>
      <w:pPr>
        <w:pStyle w:val="ListBullet"/>
        <w:spacing w:after="40"/>
      </w:pPr>
      <w:r>
        <w:rPr>
          <w:rFonts w:ascii="Satoshi" w:hAnsi="Satoshi" w:eastAsia="Satoshi" w:cs="Satoshi"/>
          <w:b w:val="0"/>
          <w:i w:val="0"/>
          <w:caps w:val="0"/>
          <w:color w:val="8A9791"/>
          <w:sz w:val="21"/>
        </w:rPr>
        <w:t>[Link or file]</w:t>
      </w:r>
    </w:p>
    <w:p>
      <w:pPr>
        <w:spacing w:before="360" w:after="40" w:line="300" w:lineRule="auto"/>
      </w:pPr>
      <w:r>
        <w:rPr>
          <w:rFonts w:ascii="Satoshi" w:hAnsi="Satoshi" w:eastAsia="Satoshi" w:cs="Satoshi"/>
          <w:b/>
          <w:i w:val="0"/>
          <w:caps/>
          <w:color w:val="17703F"/>
          <w:sz w:val="16"/>
          <w:spacing w:val="40"/>
        </w:rPr>
        <w:t xml:space="preserve">O  </w:t>
      </w:r>
    </w:p>
    <w:p>
      <w:pPr>
        <w:spacing w:before="0" w:after="160" w:line="300" w:lineRule="auto"/>
      </w:pPr>
      <w:r>
        <w:rPr>
          <w:rFonts w:ascii="Cabinet Grotesk ExtraBold" w:hAnsi="Cabinet Grotesk ExtraBold" w:eastAsia="Cabinet Grotesk ExtraBold" w:cs="Cabinet Grotesk ExtraBold"/>
          <w:b w:val="0"/>
          <w:i w:val="0"/>
          <w:caps w:val="0"/>
          <w:color w:val="0F2620"/>
          <w:sz w:val="30"/>
        </w:rPr>
        <w:t>Objective</w:t>
      </w:r>
    </w:p>
    <w:p>
      <w:pPr>
        <w:spacing w:before="0" w:after="120" w:line="300" w:lineRule="auto"/>
      </w:pPr>
      <w:r>
        <w:rPr>
          <w:rFonts w:ascii="Satoshi Medium" w:hAnsi="Satoshi Medium" w:eastAsia="Satoshi Medium" w:cs="Satoshi Medium"/>
          <w:b w:val="0"/>
          <w:i w:val="0"/>
          <w:caps w:val="0"/>
          <w:color w:val="8A9791"/>
          <w:sz w:val="25"/>
        </w:rPr>
        <w:t>[One outcome, written as the finished result.]</w:t>
      </w:r>
    </w:p>
    <w:p>
      <w:pPr>
        <w:spacing w:before="360" w:after="40" w:line="300" w:lineRule="auto"/>
      </w:pPr>
      <w:r>
        <w:rPr>
          <w:rFonts w:ascii="Satoshi" w:hAnsi="Satoshi" w:eastAsia="Satoshi" w:cs="Satoshi"/>
          <w:b/>
          <w:i w:val="0"/>
          <w:caps/>
          <w:color w:val="17703F"/>
          <w:sz w:val="16"/>
          <w:spacing w:val="40"/>
        </w:rPr>
        <w:t xml:space="preserve">Steps  </w:t>
      </w:r>
    </w:p>
    <w:p>
      <w:pPr>
        <w:spacing w:before="0" w:after="160" w:line="300" w:lineRule="auto"/>
      </w:pPr>
      <w:r>
        <w:rPr>
          <w:rFonts w:ascii="Cabinet Grotesk ExtraBold" w:hAnsi="Cabinet Grotesk ExtraBold" w:eastAsia="Cabinet Grotesk ExtraBold" w:cs="Cabinet Grotesk ExtraBold"/>
          <w:b w:val="0"/>
          <w:i w:val="0"/>
          <w:caps w:val="0"/>
          <w:color w:val="0F2620"/>
          <w:sz w:val="30"/>
        </w:rPr>
        <w:t>Steps to get there</w:t>
      </w:r>
    </w:p>
    <w:tbl>
      <w:tblPr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  <w:tblLayout w:type="fixed"/>
        <w:tblW w:w="9792" w:type="dxa"/>
      </w:tblPr>
      <w:tblGrid>
        <w:gridCol w:w="576"/>
        <w:gridCol w:w="5616"/>
        <w:gridCol w:w="2160"/>
        <w:gridCol w:w="1440"/>
      </w:tblGrid>
      <w:tr>
        <w:trPr>
          <w:tblHeader w:val="true"/>
        </w:trPr>
        <w:tc>
          <w:tcPr>
            <w:tcW w:type="dxa" w:w="576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#</w:t>
            </w:r>
          </w:p>
        </w:tc>
        <w:tc>
          <w:tcPr>
            <w:tcW w:type="dxa" w:w="5616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Step</w:t>
            </w:r>
          </w:p>
        </w:tc>
        <w:tc>
          <w:tcPr>
            <w:tcW w:type="dxa" w:w="2160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Owner</w:t>
            </w:r>
          </w:p>
        </w:tc>
        <w:tc>
          <w:tcPr>
            <w:tcW w:type="dxa" w:w="1440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Due</w:t>
            </w:r>
          </w:p>
        </w:tc>
      </w:tr>
      <w:tr>
        <w:tc>
          <w:tcPr>
            <w:tcW w:type="dxa" w:w="576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0F2620"/>
                <w:sz w:val="20"/>
              </w:rPr>
              <w:t>1</w:t>
            </w:r>
          </w:p>
        </w:tc>
        <w:tc>
          <w:tcPr>
            <w:tcW w:type="dxa" w:w="5616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[Step]</w:t>
            </w:r>
          </w:p>
        </w:tc>
        <w:tc>
          <w:tcPr>
            <w:tcW w:type="dxa" w:w="2160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[Name]</w:t>
            </w:r>
          </w:p>
        </w:tc>
        <w:tc>
          <w:tcPr>
            <w:tcW w:type="dxa" w:w="1440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[MM/DD]</w:t>
            </w:r>
          </w:p>
        </w:tc>
      </w:tr>
      <w:tr>
        <w:tc>
          <w:tcPr>
            <w:tcW w:type="dxa" w:w="576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0F2620"/>
                <w:sz w:val="20"/>
              </w:rPr>
              <w:t>2</w:t>
            </w:r>
          </w:p>
        </w:tc>
        <w:tc>
          <w:tcPr>
            <w:tcW w:type="dxa" w:w="5616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[Step]</w:t>
            </w:r>
          </w:p>
        </w:tc>
        <w:tc>
          <w:tcPr>
            <w:tcW w:type="dxa" w:w="2160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[Name]</w:t>
            </w:r>
          </w:p>
        </w:tc>
        <w:tc>
          <w:tcPr>
            <w:tcW w:type="dxa" w:w="1440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[MM/DD]</w:t>
            </w:r>
          </w:p>
        </w:tc>
      </w:tr>
      <w:tr>
        <w:tc>
          <w:tcPr>
            <w:tcW w:type="dxa" w:w="576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0F2620"/>
                <w:sz w:val="20"/>
              </w:rPr>
              <w:t>3</w:t>
            </w:r>
          </w:p>
        </w:tc>
        <w:tc>
          <w:tcPr>
            <w:tcW w:type="dxa" w:w="5616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[Step]</w:t>
            </w:r>
          </w:p>
        </w:tc>
        <w:tc>
          <w:tcPr>
            <w:tcW w:type="dxa" w:w="2160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[Name]</w:t>
            </w:r>
          </w:p>
        </w:tc>
        <w:tc>
          <w:tcPr>
            <w:tcW w:type="dxa" w:w="1440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[MM/DD]</w:t>
            </w:r>
          </w:p>
        </w:tc>
      </w:tr>
    </w:tbl>
    <w:p>
      <w:pPr>
        <w:spacing w:before="360" w:after="40" w:line="300" w:lineRule="auto"/>
      </w:pPr>
      <w:r>
        <w:rPr>
          <w:rFonts w:ascii="Satoshi" w:hAnsi="Satoshi" w:eastAsia="Satoshi" w:cs="Satoshi"/>
          <w:b/>
          <w:i w:val="0"/>
          <w:caps/>
          <w:color w:val="17703F"/>
          <w:sz w:val="16"/>
          <w:spacing w:val="40"/>
        </w:rPr>
        <w:t xml:space="preserve">R  </w:t>
      </w:r>
    </w:p>
    <w:p>
      <w:pPr>
        <w:spacing w:before="0" w:after="160" w:line="300" w:lineRule="auto"/>
      </w:pPr>
      <w:r>
        <w:rPr>
          <w:rFonts w:ascii="Cabinet Grotesk ExtraBold" w:hAnsi="Cabinet Grotesk ExtraBold" w:eastAsia="Cabinet Grotesk ExtraBold" w:cs="Cabinet Grotesk ExtraBold"/>
          <w:b w:val="0"/>
          <w:i w:val="0"/>
          <w:caps w:val="0"/>
          <w:color w:val="0F2620"/>
          <w:sz w:val="30"/>
        </w:rPr>
        <w:t>Rules</w:t>
      </w:r>
    </w:p>
    <w:tbl>
      <w:tblPr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  <w:tblLayout w:type="fixed"/>
        <w:tblW w:w="9792" w:type="dxa"/>
      </w:tblPr>
      <w:tblGrid>
        <w:gridCol w:w="3311"/>
        <w:gridCol w:w="6480"/>
      </w:tblGrid>
      <w:tr>
        <w:trPr>
          <w:tblHeader w:val="true"/>
        </w:trPr>
        <w:tc>
          <w:tcPr>
            <w:tcW w:type="dxa" w:w="3312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Rule</w:t>
            </w:r>
          </w:p>
        </w:tc>
        <w:tc>
          <w:tcPr>
            <w:tcW w:type="dxa" w:w="6480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What it means</w:t>
            </w:r>
          </w:p>
        </w:tc>
      </w:tr>
      <w:tr>
        <w:tc>
          <w:tcPr>
            <w:tcW w:type="dxa" w:w="3312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[Rule]</w:t>
            </w:r>
          </w:p>
        </w:tc>
        <w:tc>
          <w:tcPr>
            <w:tcW w:type="dxa" w:w="6480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[Detail]</w:t>
            </w:r>
          </w:p>
        </w:tc>
      </w:tr>
      <w:tr>
        <w:tc>
          <w:tcPr>
            <w:tcW w:type="dxa" w:w="3312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[Rule]</w:t>
            </w:r>
          </w:p>
        </w:tc>
        <w:tc>
          <w:tcPr>
            <w:tcW w:type="dxa" w:w="6480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[Detail]</w:t>
            </w:r>
          </w:p>
        </w:tc>
      </w:tr>
      <w:tr>
        <w:tc>
          <w:tcPr>
            <w:tcW w:type="dxa" w:w="3312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[Rule]</w:t>
            </w:r>
          </w:p>
        </w:tc>
        <w:tc>
          <w:tcPr>
            <w:tcW w:type="dxa" w:w="6480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[Detail]</w:t>
            </w:r>
          </w:p>
        </w:tc>
      </w:tr>
    </w:tbl>
    <w:p>
      <w:pPr>
        <w:spacing w:before="360" w:after="40" w:line="300" w:lineRule="auto"/>
      </w:pPr>
      <w:r>
        <w:rPr>
          <w:rFonts w:ascii="Satoshi" w:hAnsi="Satoshi" w:eastAsia="Satoshi" w:cs="Satoshi"/>
          <w:b/>
          <w:i w:val="0"/>
          <w:caps/>
          <w:color w:val="17703F"/>
          <w:sz w:val="16"/>
          <w:spacing w:val="40"/>
        </w:rPr>
        <w:t xml:space="preserve">D  </w:t>
      </w:r>
    </w:p>
    <w:p>
      <w:pPr>
        <w:spacing w:before="0" w:after="160" w:line="300" w:lineRule="auto"/>
      </w:pPr>
      <w:r>
        <w:rPr>
          <w:rFonts w:ascii="Cabinet Grotesk ExtraBold" w:hAnsi="Cabinet Grotesk ExtraBold" w:eastAsia="Cabinet Grotesk ExtraBold" w:cs="Cabinet Grotesk ExtraBold"/>
          <w:b w:val="0"/>
          <w:i w:val="0"/>
          <w:caps w:val="0"/>
          <w:color w:val="0F2620"/>
          <w:sz w:val="30"/>
        </w:rPr>
        <w:t>Definition of Done</w:t>
      </w:r>
    </w:p>
    <w:tbl>
      <w:tblPr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  <w:tblLayout w:type="fixed"/>
        <w:tblW w:w="9792" w:type="dxa"/>
      </w:tblPr>
      <w:tblGrid>
        <w:gridCol w:w="503"/>
        <w:gridCol w:w="2232"/>
        <w:gridCol w:w="3960"/>
        <w:gridCol w:w="1728"/>
        <w:gridCol w:w="1368"/>
      </w:tblGrid>
      <w:tr>
        <w:trPr>
          <w:tblHeader w:val="true"/>
        </w:trPr>
        <w:tc>
          <w:tcPr>
            <w:tcW w:type="dxa" w:w="504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#</w:t>
            </w:r>
          </w:p>
        </w:tc>
        <w:tc>
          <w:tcPr>
            <w:tcW w:type="dxa" w:w="2232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Deliverable</w:t>
            </w:r>
          </w:p>
        </w:tc>
        <w:tc>
          <w:tcPr>
            <w:tcW w:type="dxa" w:w="3960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Done when</w:t>
            </w:r>
          </w:p>
        </w:tc>
        <w:tc>
          <w:tcPr>
            <w:tcW w:type="dxa" w:w="1728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Approved by</w:t>
            </w:r>
          </w:p>
        </w:tc>
        <w:tc>
          <w:tcPr>
            <w:tcW w:type="dxa" w:w="1368"/>
            <w:vAlign w:val="center"/>
            <w:shd w:val="clear" w:color="auto" w:fill="E3F5E7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Due</w:t>
            </w:r>
          </w:p>
        </w:tc>
      </w:tr>
      <w:tr>
        <w:tc>
          <w:tcPr>
            <w:tcW w:type="dxa" w:w="504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0F2620"/>
                <w:sz w:val="20"/>
              </w:rPr>
              <w:t>1</w:t>
            </w:r>
          </w:p>
        </w:tc>
        <w:tc>
          <w:tcPr>
            <w:tcW w:type="dxa" w:w="2232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[Deliverable]</w:t>
            </w:r>
          </w:p>
        </w:tc>
        <w:tc>
          <w:tcPr>
            <w:tcW w:type="dxa" w:w="3960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[What "complete" looks like]</w:t>
            </w:r>
          </w:p>
        </w:tc>
        <w:tc>
          <w:tcPr>
            <w:tcW w:type="dxa" w:w="1728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[Name]</w:t>
            </w:r>
          </w:p>
        </w:tc>
        <w:tc>
          <w:tcPr>
            <w:tcW w:type="dxa" w:w="1368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[MM/DD]</w:t>
            </w:r>
          </w:p>
        </w:tc>
      </w:tr>
      <w:tr>
        <w:tc>
          <w:tcPr>
            <w:tcW w:type="dxa" w:w="504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0F2620"/>
                <w:sz w:val="20"/>
              </w:rPr>
              <w:t>2</w:t>
            </w:r>
          </w:p>
        </w:tc>
        <w:tc>
          <w:tcPr>
            <w:tcW w:type="dxa" w:w="2232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[Deliverable]</w:t>
            </w:r>
          </w:p>
        </w:tc>
        <w:tc>
          <w:tcPr>
            <w:tcW w:type="dxa" w:w="3960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[What "complete" looks like]</w:t>
            </w:r>
          </w:p>
        </w:tc>
        <w:tc>
          <w:tcPr>
            <w:tcW w:type="dxa" w:w="1728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[Name]</w:t>
            </w:r>
          </w:p>
        </w:tc>
        <w:tc>
          <w:tcPr>
            <w:tcW w:type="dxa" w:w="1368"/>
            <w:vAlign w:val="center"/>
            <w:shd w:val="clear" w:color="auto" w:fill="F5F8F5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[MM/DD]</w:t>
            </w:r>
          </w:p>
        </w:tc>
      </w:tr>
      <w:tr>
        <w:tc>
          <w:tcPr>
            <w:tcW w:type="dxa" w:w="504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0F2620"/>
                <w:sz w:val="20"/>
              </w:rPr>
              <w:t>3</w:t>
            </w:r>
          </w:p>
        </w:tc>
        <w:tc>
          <w:tcPr>
            <w:tcW w:type="dxa" w:w="2232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[Deliverable]</w:t>
            </w:r>
          </w:p>
        </w:tc>
        <w:tc>
          <w:tcPr>
            <w:tcW w:type="dxa" w:w="3960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[What "complete" looks like]</w:t>
            </w:r>
          </w:p>
        </w:tc>
        <w:tc>
          <w:tcPr>
            <w:tcW w:type="dxa" w:w="1728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[Name]</w:t>
            </w:r>
          </w:p>
        </w:tc>
        <w:tc>
          <w:tcPr>
            <w:tcW w:type="dxa" w:w="1368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0"/>
              </w:rPr>
              <w:t>[MM/DD]</w:t>
            </w:r>
          </w:p>
        </w:tc>
      </w:tr>
    </w:tbl>
    <w:p>
      <w:pPr>
        <w:spacing w:before="360" w:after="40" w:line="300" w:lineRule="auto"/>
      </w:pPr>
      <w:r>
        <w:rPr>
          <w:rFonts w:ascii="Satoshi" w:hAnsi="Satoshi" w:eastAsia="Satoshi" w:cs="Satoshi"/>
          <w:b/>
          <w:i w:val="0"/>
          <w:caps/>
          <w:color w:val="17703F"/>
          <w:sz w:val="16"/>
          <w:spacing w:val="40"/>
        </w:rPr>
        <w:t xml:space="preserve">D  </w:t>
      </w:r>
    </w:p>
    <w:p>
      <w:pPr>
        <w:spacing w:before="0" w:after="160" w:line="300" w:lineRule="auto"/>
      </w:pPr>
      <w:r>
        <w:rPr>
          <w:rFonts w:ascii="Cabinet Grotesk ExtraBold" w:hAnsi="Cabinet Grotesk ExtraBold" w:eastAsia="Cabinet Grotesk ExtraBold" w:cs="Cabinet Grotesk ExtraBold"/>
          <w:b w:val="0"/>
          <w:i w:val="0"/>
          <w:caps w:val="0"/>
          <w:color w:val="0F2620"/>
          <w:sz w:val="30"/>
        </w:rPr>
        <w:t>Due</w:t>
      </w:r>
    </w:p>
    <w:tbl>
      <w:tblPr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0" w:type="dxa"/>
          <w:bottom w:w="40" w:type="dxa"/>
          <w:right w:w="120" w:type="dxa"/>
        </w:tblCellMar>
        <w:tblLayout w:type="fixed"/>
        <w:tblW w:w="9792" w:type="dxa"/>
      </w:tblPr>
      <w:tblGrid>
        <w:gridCol w:w="2880"/>
        <w:gridCol w:w="6912"/>
      </w:tblGrid>
      <w:tr>
        <w:tc>
          <w:tcPr>
            <w:tcW w:type="dxa" w:w="2880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Final deadline</w:t>
            </w:r>
          </w:p>
        </w:tc>
        <w:tc>
          <w:tcPr>
            <w:tcW w:type="dxa" w:w="6912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/>
                <w:i w:val="0"/>
                <w:caps/>
                <w:color w:val="0F2620"/>
                <w:sz w:val="16"/>
                <w:spacing w:val="20"/>
              </w:rPr>
              <w:t>Check-ins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2"/>
              </w:rPr>
              <w:t>[MM/DD/YY]</w:t>
            </w:r>
          </w:p>
        </w:tc>
        <w:tc>
          <w:tcPr>
            <w:tcW w:type="dxa" w:w="6912"/>
            <w:vAlign w:val="center"/>
          </w:tcPr>
          <w:p>
            <w:pPr>
              <w:spacing w:after="0" w:line="288" w:lineRule="auto"/>
            </w:pPr>
            <w:r/>
            <w:r>
              <w:rPr>
                <w:rFonts w:ascii="Satoshi" w:hAnsi="Satoshi" w:eastAsia="Satoshi" w:cs="Satoshi"/>
                <w:b w:val="0"/>
                <w:i w:val="0"/>
                <w:caps w:val="0"/>
                <w:color w:val="8A9791"/>
                <w:sz w:val="22"/>
              </w:rPr>
              <w:t>[How often and where, e.g. daily update in Slack]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atoshi" w:hAnsi="Satoshi" w:eastAsia="Satoshi" w:cs="Satoshi"/>
        <w:b w:val="0"/>
        <w:i w:val="0"/>
        <w:caps w:val="0"/>
        <w:color w:val="5B6B64"/>
        <w:sz w:val="15"/>
      </w:rPr>
      <w:t>Fractional CMOZ  ·  Context, Objective, Rules, Definition of Done, Due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92" w:val="right"/>
      </w:tabs>
    </w:pPr>
    <w:r>
      <w:drawing>
        <wp:inline xmlns:a="http://schemas.openxmlformats.org/drawingml/2006/main" xmlns:pic="http://schemas.openxmlformats.org/drawingml/2006/picture">
          <wp:extent cx="1262307" cy="2377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ractional-cmoz-logo-on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2307" cy="237744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Satoshi" w:hAnsi="Satoshi" w:eastAsia="Satoshi" w:cs="Satoshi"/>
        <w:b/>
        <w:i w:val="0"/>
        <w:caps w:val="0"/>
        <w:color w:val="17703F"/>
        <w:sz w:val="15"/>
        <w:spacing w:val="40"/>
      </w:rPr>
      <w:t>PROJECT BRIEF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toshi" w:hAnsi="Satoshi" w:eastAsia="Satoshi"/>
      <w:color w:val="0F26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